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C3138" w14:textId="77777777" w:rsidR="0008090C" w:rsidRPr="0053725A" w:rsidRDefault="0053725A" w:rsidP="0053725A">
      <w:pPr>
        <w:spacing w:after="0" w:line="240" w:lineRule="auto"/>
        <w:rPr>
          <w:rFonts w:ascii="Calibri Light" w:hAnsi="Calibri Light" w:cs="Calibri Light"/>
          <w:sz w:val="20"/>
          <w:szCs w:val="20"/>
        </w:rPr>
      </w:pPr>
      <w:r w:rsidRPr="0053725A">
        <w:rPr>
          <w:rFonts w:ascii="Calibri Light" w:hAnsi="Calibri Light" w:cs="Calibri Light"/>
          <w:b/>
          <w:sz w:val="20"/>
          <w:szCs w:val="20"/>
        </w:rPr>
        <w:t>1. DATOS DEL PACIENTE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750"/>
        <w:gridCol w:w="6440"/>
      </w:tblGrid>
      <w:tr w:rsidR="009D461E" w:rsidRPr="0053725A" w14:paraId="72FBA8B8" w14:textId="77777777" w:rsidTr="009D461E">
        <w:tc>
          <w:tcPr>
            <w:tcW w:w="3794" w:type="dxa"/>
          </w:tcPr>
          <w:p w14:paraId="16953A2A" w14:textId="38F757BC" w:rsidR="009D461E" w:rsidRPr="0053725A" w:rsidRDefault="009D461E">
            <w:pPr>
              <w:spacing w:after="40"/>
              <w:rPr>
                <w:rFonts w:ascii="Calibri Light" w:hAnsi="Calibri Light" w:cs="Calibri Light"/>
                <w:bCs/>
                <w:sz w:val="20"/>
                <w:szCs w:val="20"/>
                <w:lang w:val="es-CO"/>
              </w:rPr>
            </w:pPr>
            <w:r w:rsidRPr="0053725A">
              <w:rPr>
                <w:rFonts w:ascii="Calibri Light" w:hAnsi="Calibri Light" w:cs="Calibri Light"/>
                <w:bCs/>
                <w:sz w:val="20"/>
                <w:szCs w:val="20"/>
                <w:lang w:val="es-CO"/>
              </w:rPr>
              <w:t>Nombres y apellidos</w:t>
            </w:r>
          </w:p>
        </w:tc>
        <w:tc>
          <w:tcPr>
            <w:tcW w:w="6546" w:type="dxa"/>
          </w:tcPr>
          <w:p w14:paraId="75E5264F" w14:textId="77777777" w:rsidR="009D461E" w:rsidRPr="0053725A" w:rsidRDefault="009D461E">
            <w:pPr>
              <w:spacing w:after="40"/>
              <w:rPr>
                <w:rFonts w:ascii="Calibri Light" w:hAnsi="Calibri Light" w:cs="Calibri Light"/>
                <w:b/>
                <w:sz w:val="20"/>
                <w:szCs w:val="20"/>
                <w:lang w:val="es-CO"/>
              </w:rPr>
            </w:pPr>
          </w:p>
        </w:tc>
      </w:tr>
      <w:tr w:rsidR="009D461E" w:rsidRPr="0053725A" w14:paraId="71149A1A" w14:textId="77777777" w:rsidTr="009D461E">
        <w:tc>
          <w:tcPr>
            <w:tcW w:w="3794" w:type="dxa"/>
          </w:tcPr>
          <w:p w14:paraId="3B849D25" w14:textId="68B36B65" w:rsidR="009D461E" w:rsidRPr="0053725A" w:rsidRDefault="009D461E">
            <w:pPr>
              <w:spacing w:after="40"/>
              <w:rPr>
                <w:rFonts w:ascii="Calibri Light" w:hAnsi="Calibri Light" w:cs="Calibri Light"/>
                <w:bCs/>
                <w:sz w:val="20"/>
                <w:szCs w:val="20"/>
                <w:lang w:val="es-CO"/>
              </w:rPr>
            </w:pPr>
            <w:r w:rsidRPr="0053725A">
              <w:rPr>
                <w:rFonts w:ascii="Calibri Light" w:hAnsi="Calibri Light" w:cs="Calibri Light"/>
                <w:bCs/>
                <w:sz w:val="20"/>
                <w:szCs w:val="20"/>
                <w:lang w:val="es-CO"/>
              </w:rPr>
              <w:t>Tipo y número de documento de identidad</w:t>
            </w:r>
          </w:p>
        </w:tc>
        <w:tc>
          <w:tcPr>
            <w:tcW w:w="6546" w:type="dxa"/>
          </w:tcPr>
          <w:p w14:paraId="698D697C" w14:textId="77777777" w:rsidR="009D461E" w:rsidRPr="0053725A" w:rsidRDefault="009D461E">
            <w:pPr>
              <w:spacing w:after="40"/>
              <w:rPr>
                <w:rFonts w:ascii="Calibri Light" w:hAnsi="Calibri Light" w:cs="Calibri Light"/>
                <w:b/>
                <w:sz w:val="20"/>
                <w:szCs w:val="20"/>
                <w:lang w:val="es-CO"/>
              </w:rPr>
            </w:pPr>
          </w:p>
        </w:tc>
      </w:tr>
    </w:tbl>
    <w:p w14:paraId="05183F25" w14:textId="77777777" w:rsidR="009D461E" w:rsidRPr="0053725A" w:rsidRDefault="009D461E" w:rsidP="0053725A">
      <w:pPr>
        <w:spacing w:after="0" w:line="240" w:lineRule="auto"/>
        <w:rPr>
          <w:rFonts w:ascii="Calibri Light" w:hAnsi="Calibri Light" w:cs="Calibri Light"/>
          <w:b/>
          <w:sz w:val="20"/>
          <w:szCs w:val="20"/>
        </w:rPr>
      </w:pPr>
    </w:p>
    <w:p w14:paraId="5CC83268" w14:textId="33102687" w:rsidR="0008090C" w:rsidRPr="0053725A" w:rsidRDefault="0053725A" w:rsidP="0053725A">
      <w:pPr>
        <w:spacing w:after="40" w:line="240" w:lineRule="auto"/>
        <w:rPr>
          <w:rFonts w:ascii="Calibri Light" w:hAnsi="Calibri Light" w:cs="Calibri Light"/>
          <w:sz w:val="20"/>
          <w:szCs w:val="20"/>
        </w:rPr>
      </w:pPr>
      <w:r w:rsidRPr="0053725A">
        <w:rPr>
          <w:rFonts w:ascii="Calibri Light" w:hAnsi="Calibri Light" w:cs="Calibri Light"/>
          <w:b/>
          <w:sz w:val="20"/>
          <w:szCs w:val="20"/>
        </w:rPr>
        <w:t>2. QUIEN REALIZA LA SOLICITUD</w:t>
      </w:r>
      <w:r w:rsidR="009D461E" w:rsidRPr="0053725A">
        <w:rPr>
          <w:rFonts w:ascii="Calibri Light" w:hAnsi="Calibri Light" w:cs="Calibri Light"/>
          <w:sz w:val="20"/>
          <w:szCs w:val="20"/>
        </w:rPr>
        <w:t xml:space="preserve">: </w:t>
      </w:r>
      <w:r w:rsidRPr="0053725A">
        <w:rPr>
          <w:rFonts w:ascii="Calibri Light" w:hAnsi="Calibri Light" w:cs="Calibri Light"/>
          <w:sz w:val="20"/>
          <w:szCs w:val="20"/>
          <w:lang w:val="es-CO"/>
        </w:rPr>
        <w:t>Marque con una X la opción que corresponda: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465"/>
        <w:gridCol w:w="725"/>
      </w:tblGrid>
      <w:tr w:rsidR="009D461E" w:rsidRPr="0053725A" w14:paraId="77DCC7DC" w14:textId="77777777" w:rsidTr="009D461E">
        <w:tc>
          <w:tcPr>
            <w:tcW w:w="9606" w:type="dxa"/>
          </w:tcPr>
          <w:p w14:paraId="105B4199" w14:textId="7BF1C7AC" w:rsidR="009D461E" w:rsidRPr="0053725A" w:rsidRDefault="009D461E">
            <w:pPr>
              <w:spacing w:after="40"/>
              <w:rPr>
                <w:rFonts w:ascii="Calibri Light" w:hAnsi="Calibri Light" w:cs="Calibri Light"/>
                <w:sz w:val="20"/>
                <w:szCs w:val="20"/>
                <w:lang w:val="es-CO"/>
              </w:rPr>
            </w:pPr>
            <w:r w:rsidRPr="0053725A">
              <w:rPr>
                <w:rFonts w:ascii="Calibri Light" w:hAnsi="Calibri Light" w:cs="Calibri Light"/>
                <w:sz w:val="20"/>
                <w:szCs w:val="20"/>
                <w:lang w:val="es-CO"/>
              </w:rPr>
              <w:t>El mismo paciente</w:t>
            </w:r>
          </w:p>
        </w:tc>
        <w:tc>
          <w:tcPr>
            <w:tcW w:w="734" w:type="dxa"/>
          </w:tcPr>
          <w:p w14:paraId="17F046E7" w14:textId="77777777" w:rsidR="009D461E" w:rsidRPr="0053725A" w:rsidRDefault="009D461E">
            <w:pPr>
              <w:spacing w:after="40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9D461E" w:rsidRPr="0053725A" w14:paraId="13F5276F" w14:textId="77777777" w:rsidTr="009D461E">
        <w:tc>
          <w:tcPr>
            <w:tcW w:w="9606" w:type="dxa"/>
          </w:tcPr>
          <w:p w14:paraId="6BEC28BF" w14:textId="036C22E7" w:rsidR="009D461E" w:rsidRPr="0053725A" w:rsidRDefault="009D461E">
            <w:pPr>
              <w:spacing w:after="40"/>
              <w:rPr>
                <w:rFonts w:ascii="Calibri Light" w:hAnsi="Calibri Light" w:cs="Calibri Light"/>
                <w:sz w:val="20"/>
                <w:szCs w:val="20"/>
                <w:lang w:val="es-CO"/>
              </w:rPr>
            </w:pPr>
            <w:r w:rsidRPr="0053725A">
              <w:rPr>
                <w:rFonts w:ascii="Calibri Light" w:hAnsi="Calibri Light" w:cs="Calibri Light"/>
                <w:sz w:val="20"/>
                <w:szCs w:val="20"/>
                <w:lang w:val="es-CO"/>
              </w:rPr>
              <w:t>Padre, madre o representante legal de un menor de edad</w:t>
            </w:r>
          </w:p>
        </w:tc>
        <w:tc>
          <w:tcPr>
            <w:tcW w:w="734" w:type="dxa"/>
          </w:tcPr>
          <w:p w14:paraId="5DE421E5" w14:textId="77777777" w:rsidR="009D461E" w:rsidRPr="0053725A" w:rsidRDefault="009D461E">
            <w:pPr>
              <w:spacing w:after="40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9D461E" w:rsidRPr="0053725A" w14:paraId="0572C223" w14:textId="77777777" w:rsidTr="009D461E">
        <w:tc>
          <w:tcPr>
            <w:tcW w:w="9606" w:type="dxa"/>
          </w:tcPr>
          <w:p w14:paraId="3EF68D9D" w14:textId="1D2F133F" w:rsidR="009D461E" w:rsidRPr="0053725A" w:rsidRDefault="009D461E">
            <w:pPr>
              <w:spacing w:after="40"/>
              <w:rPr>
                <w:rFonts w:ascii="Calibri Light" w:hAnsi="Calibri Light" w:cs="Calibri Light"/>
                <w:sz w:val="20"/>
                <w:szCs w:val="20"/>
                <w:lang w:val="es-CO"/>
              </w:rPr>
            </w:pPr>
            <w:r w:rsidRPr="0053725A">
              <w:rPr>
                <w:rFonts w:ascii="Calibri Light" w:hAnsi="Calibri Light" w:cs="Calibri Light"/>
                <w:sz w:val="20"/>
                <w:szCs w:val="20"/>
                <w:lang w:val="es-CO"/>
              </w:rPr>
              <w:t>Persona autorizada por el paciente</w:t>
            </w:r>
          </w:p>
        </w:tc>
        <w:tc>
          <w:tcPr>
            <w:tcW w:w="734" w:type="dxa"/>
          </w:tcPr>
          <w:p w14:paraId="13A39408" w14:textId="77777777" w:rsidR="009D461E" w:rsidRPr="0053725A" w:rsidRDefault="009D461E">
            <w:pPr>
              <w:spacing w:after="40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9D461E" w:rsidRPr="0053725A" w14:paraId="22CC6FCB" w14:textId="77777777" w:rsidTr="009D461E">
        <w:tc>
          <w:tcPr>
            <w:tcW w:w="9606" w:type="dxa"/>
          </w:tcPr>
          <w:p w14:paraId="1E8E7A48" w14:textId="4750553A" w:rsidR="009D461E" w:rsidRPr="0053725A" w:rsidRDefault="009D461E">
            <w:pPr>
              <w:spacing w:after="40"/>
              <w:rPr>
                <w:rFonts w:ascii="Calibri Light" w:hAnsi="Calibri Light" w:cs="Calibri Light"/>
                <w:sz w:val="20"/>
                <w:szCs w:val="20"/>
                <w:lang w:val="es-CO"/>
              </w:rPr>
            </w:pPr>
            <w:r w:rsidRPr="0053725A">
              <w:rPr>
                <w:rFonts w:ascii="Calibri Light" w:hAnsi="Calibri Light" w:cs="Calibri Light"/>
                <w:sz w:val="20"/>
                <w:szCs w:val="20"/>
                <w:lang w:val="es-CO"/>
              </w:rPr>
              <w:t>Persona autorizada por el padre, madre o representante legal de un menor de edad</w:t>
            </w:r>
          </w:p>
        </w:tc>
        <w:tc>
          <w:tcPr>
            <w:tcW w:w="734" w:type="dxa"/>
          </w:tcPr>
          <w:p w14:paraId="5AF5CD28" w14:textId="77777777" w:rsidR="009D461E" w:rsidRPr="0053725A" w:rsidRDefault="009D461E">
            <w:pPr>
              <w:spacing w:after="40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9D461E" w:rsidRPr="0053725A" w14:paraId="64113CC7" w14:textId="77777777" w:rsidTr="009D461E">
        <w:tc>
          <w:tcPr>
            <w:tcW w:w="9606" w:type="dxa"/>
          </w:tcPr>
          <w:p w14:paraId="17E986AE" w14:textId="7C83E15D" w:rsidR="009D461E" w:rsidRPr="0053725A" w:rsidRDefault="009D461E">
            <w:pPr>
              <w:spacing w:after="40"/>
              <w:rPr>
                <w:rFonts w:ascii="Calibri Light" w:hAnsi="Calibri Light" w:cs="Calibri Light"/>
                <w:sz w:val="20"/>
                <w:szCs w:val="20"/>
                <w:lang w:val="es-CO"/>
              </w:rPr>
            </w:pPr>
            <w:r w:rsidRPr="0053725A">
              <w:rPr>
                <w:rFonts w:ascii="Calibri Light" w:hAnsi="Calibri Light" w:cs="Calibri Light"/>
                <w:sz w:val="20"/>
                <w:szCs w:val="20"/>
                <w:lang w:val="es-CO"/>
              </w:rPr>
              <w:t xml:space="preserve">Cónyuge o familiar de primer grado de consanguinidad (padre, madre o hijo) de un paciente mayor de edad que, por una condición clínica, no puede expresar su voluntad </w:t>
            </w:r>
          </w:p>
        </w:tc>
        <w:tc>
          <w:tcPr>
            <w:tcW w:w="734" w:type="dxa"/>
          </w:tcPr>
          <w:p w14:paraId="74E08312" w14:textId="77777777" w:rsidR="009D461E" w:rsidRPr="0053725A" w:rsidRDefault="009D461E">
            <w:pPr>
              <w:spacing w:after="40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9D461E" w:rsidRPr="0053725A" w14:paraId="1DB4BD04" w14:textId="77777777" w:rsidTr="009D461E">
        <w:tc>
          <w:tcPr>
            <w:tcW w:w="9606" w:type="dxa"/>
          </w:tcPr>
          <w:p w14:paraId="04558639" w14:textId="220F5C0B" w:rsidR="009D461E" w:rsidRPr="0053725A" w:rsidRDefault="009D461E">
            <w:pPr>
              <w:spacing w:after="40"/>
              <w:rPr>
                <w:rFonts w:ascii="Calibri Light" w:hAnsi="Calibri Light" w:cs="Calibri Light"/>
                <w:sz w:val="20"/>
                <w:szCs w:val="20"/>
                <w:lang w:val="es-CO"/>
              </w:rPr>
            </w:pPr>
            <w:r w:rsidRPr="0053725A">
              <w:rPr>
                <w:rFonts w:ascii="Calibri Light" w:hAnsi="Calibri Light" w:cs="Calibri Light"/>
                <w:sz w:val="20"/>
                <w:szCs w:val="20"/>
                <w:lang w:val="es-CO"/>
              </w:rPr>
              <w:t xml:space="preserve">Cónyuge o familiar de primer grado de consanguinidad (padre, madre o hijo) de un paciente fallecido </w:t>
            </w:r>
          </w:p>
        </w:tc>
        <w:tc>
          <w:tcPr>
            <w:tcW w:w="734" w:type="dxa"/>
          </w:tcPr>
          <w:p w14:paraId="600AE9B5" w14:textId="77777777" w:rsidR="009D461E" w:rsidRPr="0053725A" w:rsidRDefault="009D461E">
            <w:pPr>
              <w:spacing w:after="40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</w:tbl>
    <w:p w14:paraId="5EA38542" w14:textId="3A2C4933" w:rsidR="0008090C" w:rsidRPr="0053725A" w:rsidRDefault="0008090C" w:rsidP="0053725A">
      <w:pPr>
        <w:spacing w:after="0" w:line="240" w:lineRule="auto"/>
        <w:rPr>
          <w:rFonts w:ascii="Calibri Light" w:hAnsi="Calibri Light" w:cs="Calibri Light"/>
          <w:sz w:val="20"/>
          <w:szCs w:val="20"/>
        </w:rPr>
      </w:pPr>
    </w:p>
    <w:p w14:paraId="423C0AD8" w14:textId="77777777" w:rsidR="0008090C" w:rsidRPr="0053725A" w:rsidRDefault="0053725A" w:rsidP="0053725A">
      <w:pPr>
        <w:spacing w:after="0" w:line="240" w:lineRule="auto"/>
        <w:rPr>
          <w:rFonts w:ascii="Calibri Light" w:hAnsi="Calibri Light" w:cs="Calibri Light"/>
          <w:sz w:val="20"/>
          <w:szCs w:val="20"/>
        </w:rPr>
      </w:pPr>
      <w:r w:rsidRPr="0053725A">
        <w:rPr>
          <w:rFonts w:ascii="Calibri Light" w:hAnsi="Calibri Light" w:cs="Calibri Light"/>
          <w:b/>
          <w:sz w:val="20"/>
          <w:szCs w:val="20"/>
        </w:rPr>
        <w:t>3. DATOS DE QUIEN REALIZA LA SOLICITUD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750"/>
        <w:gridCol w:w="6440"/>
      </w:tblGrid>
      <w:tr w:rsidR="009D461E" w:rsidRPr="0053725A" w14:paraId="408581DE" w14:textId="77777777" w:rsidTr="009D461E">
        <w:tc>
          <w:tcPr>
            <w:tcW w:w="3794" w:type="dxa"/>
          </w:tcPr>
          <w:p w14:paraId="76758AA2" w14:textId="1472F34D" w:rsidR="009D461E" w:rsidRPr="0053725A" w:rsidRDefault="009D461E" w:rsidP="009D461E">
            <w:pPr>
              <w:rPr>
                <w:rFonts w:ascii="Calibri Light" w:hAnsi="Calibri Light" w:cs="Calibri Light"/>
                <w:sz w:val="20"/>
                <w:szCs w:val="20"/>
                <w:lang w:val="es-CO"/>
              </w:rPr>
            </w:pPr>
            <w:r w:rsidRPr="0053725A">
              <w:rPr>
                <w:rFonts w:ascii="Calibri Light" w:hAnsi="Calibri Light" w:cs="Calibri Light"/>
                <w:bCs/>
                <w:sz w:val="20"/>
                <w:szCs w:val="20"/>
                <w:lang w:val="es-CO"/>
              </w:rPr>
              <w:t>Nombres y apellidos</w:t>
            </w:r>
          </w:p>
        </w:tc>
        <w:tc>
          <w:tcPr>
            <w:tcW w:w="6546" w:type="dxa"/>
          </w:tcPr>
          <w:p w14:paraId="16547126" w14:textId="77777777" w:rsidR="009D461E" w:rsidRPr="0053725A" w:rsidRDefault="009D461E" w:rsidP="009D461E">
            <w:pPr>
              <w:spacing w:after="40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9D461E" w:rsidRPr="0053725A" w14:paraId="1969E12F" w14:textId="77777777" w:rsidTr="009D461E">
        <w:tc>
          <w:tcPr>
            <w:tcW w:w="3794" w:type="dxa"/>
          </w:tcPr>
          <w:p w14:paraId="5CD3EAED" w14:textId="46EF46F0" w:rsidR="009D461E" w:rsidRPr="0053725A" w:rsidRDefault="009D461E" w:rsidP="009D461E">
            <w:pPr>
              <w:spacing w:after="40"/>
              <w:rPr>
                <w:rFonts w:ascii="Calibri Light" w:hAnsi="Calibri Light" w:cs="Calibri Light"/>
                <w:sz w:val="20"/>
                <w:szCs w:val="20"/>
                <w:lang w:val="es-CO"/>
              </w:rPr>
            </w:pPr>
            <w:r w:rsidRPr="0053725A">
              <w:rPr>
                <w:rFonts w:ascii="Calibri Light" w:hAnsi="Calibri Light" w:cs="Calibri Light"/>
                <w:bCs/>
                <w:sz w:val="20"/>
                <w:szCs w:val="20"/>
                <w:lang w:val="es-CO"/>
              </w:rPr>
              <w:t>Tipo y número de documento de identidad</w:t>
            </w:r>
          </w:p>
        </w:tc>
        <w:tc>
          <w:tcPr>
            <w:tcW w:w="6546" w:type="dxa"/>
          </w:tcPr>
          <w:p w14:paraId="48E878AA" w14:textId="77777777" w:rsidR="009D461E" w:rsidRPr="0053725A" w:rsidRDefault="009D461E" w:rsidP="009D461E">
            <w:pPr>
              <w:spacing w:after="40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9D461E" w:rsidRPr="0053725A" w14:paraId="25F9D168" w14:textId="77777777" w:rsidTr="009D461E">
        <w:tc>
          <w:tcPr>
            <w:tcW w:w="3794" w:type="dxa"/>
          </w:tcPr>
          <w:p w14:paraId="0DF0903C" w14:textId="018213DD" w:rsidR="009D461E" w:rsidRPr="0053725A" w:rsidRDefault="009D461E" w:rsidP="00F003F5">
            <w:pPr>
              <w:spacing w:after="40"/>
              <w:rPr>
                <w:rFonts w:ascii="Calibri Light" w:hAnsi="Calibri Light" w:cs="Calibri Light"/>
                <w:sz w:val="20"/>
                <w:szCs w:val="20"/>
                <w:lang w:val="es-CO"/>
              </w:rPr>
            </w:pPr>
            <w:r w:rsidRPr="0053725A">
              <w:rPr>
                <w:rFonts w:ascii="Calibri Light" w:hAnsi="Calibri Light" w:cs="Calibri Light"/>
                <w:sz w:val="20"/>
                <w:szCs w:val="20"/>
                <w:lang w:val="es-CO"/>
              </w:rPr>
              <w:t>Parentesco o relación con el paciente</w:t>
            </w:r>
          </w:p>
        </w:tc>
        <w:tc>
          <w:tcPr>
            <w:tcW w:w="6546" w:type="dxa"/>
          </w:tcPr>
          <w:p w14:paraId="60D9FE33" w14:textId="77777777" w:rsidR="009D461E" w:rsidRPr="0053725A" w:rsidRDefault="009D461E" w:rsidP="00F003F5">
            <w:pPr>
              <w:spacing w:after="40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9D461E" w:rsidRPr="0053725A" w14:paraId="34D004CB" w14:textId="77777777" w:rsidTr="009D461E">
        <w:tc>
          <w:tcPr>
            <w:tcW w:w="3794" w:type="dxa"/>
          </w:tcPr>
          <w:p w14:paraId="7BE34550" w14:textId="1F359265" w:rsidR="009D461E" w:rsidRPr="0053725A" w:rsidRDefault="009D461E" w:rsidP="00F003F5">
            <w:pPr>
              <w:spacing w:after="40"/>
              <w:rPr>
                <w:rFonts w:ascii="Calibri Light" w:hAnsi="Calibri Light" w:cs="Calibri Light"/>
                <w:sz w:val="20"/>
                <w:szCs w:val="20"/>
                <w:lang w:val="es-CO"/>
              </w:rPr>
            </w:pPr>
            <w:r w:rsidRPr="0053725A">
              <w:rPr>
                <w:rFonts w:ascii="Calibri Light" w:hAnsi="Calibri Light" w:cs="Calibri Light"/>
                <w:sz w:val="20"/>
                <w:szCs w:val="20"/>
                <w:lang w:val="es-CO"/>
              </w:rPr>
              <w:t>Teléfono</w:t>
            </w:r>
          </w:p>
        </w:tc>
        <w:tc>
          <w:tcPr>
            <w:tcW w:w="6546" w:type="dxa"/>
          </w:tcPr>
          <w:p w14:paraId="58E719A7" w14:textId="77777777" w:rsidR="009D461E" w:rsidRPr="0053725A" w:rsidRDefault="009D461E" w:rsidP="00F003F5">
            <w:pPr>
              <w:spacing w:after="40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9D461E" w:rsidRPr="0053725A" w14:paraId="69008080" w14:textId="77777777" w:rsidTr="009D461E">
        <w:tc>
          <w:tcPr>
            <w:tcW w:w="3794" w:type="dxa"/>
          </w:tcPr>
          <w:p w14:paraId="2B54B384" w14:textId="10B40073" w:rsidR="009D461E" w:rsidRPr="0053725A" w:rsidRDefault="009D461E" w:rsidP="00F003F5">
            <w:pPr>
              <w:spacing w:after="40"/>
              <w:rPr>
                <w:rFonts w:ascii="Calibri Light" w:hAnsi="Calibri Light" w:cs="Calibri Light"/>
                <w:sz w:val="20"/>
                <w:szCs w:val="20"/>
                <w:lang w:val="es-CO"/>
              </w:rPr>
            </w:pPr>
            <w:r w:rsidRPr="0053725A">
              <w:rPr>
                <w:rFonts w:ascii="Calibri Light" w:hAnsi="Calibri Light" w:cs="Calibri Light"/>
                <w:sz w:val="20"/>
                <w:szCs w:val="20"/>
                <w:lang w:val="es-CO"/>
              </w:rPr>
              <w:t>Correo electrónico</w:t>
            </w:r>
          </w:p>
        </w:tc>
        <w:tc>
          <w:tcPr>
            <w:tcW w:w="6546" w:type="dxa"/>
          </w:tcPr>
          <w:p w14:paraId="6B77ABA3" w14:textId="77777777" w:rsidR="009D461E" w:rsidRPr="0053725A" w:rsidRDefault="009D461E" w:rsidP="00F003F5">
            <w:pPr>
              <w:spacing w:after="40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</w:tbl>
    <w:p w14:paraId="4B1EB244" w14:textId="77777777" w:rsidR="009D461E" w:rsidRPr="0053725A" w:rsidRDefault="009D461E" w:rsidP="0053725A">
      <w:pPr>
        <w:spacing w:after="0" w:line="240" w:lineRule="auto"/>
        <w:rPr>
          <w:rFonts w:ascii="Calibri Light" w:hAnsi="Calibri Light" w:cs="Calibri Light"/>
          <w:b/>
          <w:sz w:val="20"/>
          <w:szCs w:val="20"/>
        </w:rPr>
      </w:pPr>
    </w:p>
    <w:p w14:paraId="2149EC5D" w14:textId="6229D8CA" w:rsidR="0008090C" w:rsidRPr="0053725A" w:rsidRDefault="0053725A" w:rsidP="0053725A">
      <w:pPr>
        <w:spacing w:after="0" w:line="240" w:lineRule="auto"/>
        <w:rPr>
          <w:rFonts w:ascii="Calibri Light" w:hAnsi="Calibri Light" w:cs="Calibri Light"/>
          <w:b/>
          <w:sz w:val="20"/>
          <w:szCs w:val="20"/>
        </w:rPr>
      </w:pPr>
      <w:r w:rsidRPr="0053725A">
        <w:rPr>
          <w:rFonts w:ascii="Calibri Light" w:hAnsi="Calibri Light" w:cs="Calibri Light"/>
          <w:b/>
          <w:sz w:val="20"/>
          <w:szCs w:val="20"/>
        </w:rPr>
        <w:t>4. HISTORIA CLÍNICA SOLICITADA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871"/>
        <w:gridCol w:w="562"/>
        <w:gridCol w:w="4762"/>
      </w:tblGrid>
      <w:tr w:rsidR="00B96636" w:rsidRPr="0053725A" w14:paraId="0CBD6DF6" w14:textId="0D27C725" w:rsidTr="00B96636">
        <w:tc>
          <w:tcPr>
            <w:tcW w:w="4928" w:type="dxa"/>
          </w:tcPr>
          <w:p w14:paraId="0B0886D6" w14:textId="3C49E82B" w:rsidR="00B96636" w:rsidRPr="0053725A" w:rsidRDefault="00B96636" w:rsidP="00F003F5">
            <w:pPr>
              <w:rPr>
                <w:rFonts w:ascii="Calibri Light" w:hAnsi="Calibri Light" w:cs="Calibri Light"/>
                <w:sz w:val="20"/>
                <w:szCs w:val="20"/>
                <w:lang w:val="es-CO"/>
              </w:rPr>
            </w:pPr>
            <w:r w:rsidRPr="0053725A">
              <w:rPr>
                <w:rFonts w:ascii="Calibri Light" w:hAnsi="Calibri Light" w:cs="Calibri Light"/>
                <w:bCs/>
                <w:sz w:val="20"/>
                <w:szCs w:val="20"/>
                <w:lang w:val="es-CO"/>
              </w:rPr>
              <w:t xml:space="preserve">Historia clínica completa    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61296967" w14:textId="77777777" w:rsidR="00B96636" w:rsidRPr="0053725A" w:rsidRDefault="00B96636" w:rsidP="00F003F5">
            <w:pPr>
              <w:spacing w:after="40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A0F9C59" w14:textId="77777777" w:rsidR="00B96636" w:rsidRPr="0053725A" w:rsidRDefault="00B96636" w:rsidP="00F003F5">
            <w:pPr>
              <w:spacing w:after="40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B96636" w:rsidRPr="0053725A" w14:paraId="7F38B213" w14:textId="53EDEE3A" w:rsidTr="00B96636">
        <w:tc>
          <w:tcPr>
            <w:tcW w:w="4928" w:type="dxa"/>
          </w:tcPr>
          <w:p w14:paraId="5A302C2A" w14:textId="66DD43A0" w:rsidR="00B96636" w:rsidRPr="0053725A" w:rsidRDefault="00B96636" w:rsidP="00F003F5">
            <w:pPr>
              <w:spacing w:after="40"/>
              <w:rPr>
                <w:rFonts w:ascii="Calibri Light" w:hAnsi="Calibri Light" w:cs="Calibri Light"/>
                <w:sz w:val="20"/>
                <w:szCs w:val="20"/>
                <w:lang w:val="es-CO"/>
              </w:rPr>
            </w:pPr>
            <w:r w:rsidRPr="0053725A">
              <w:rPr>
                <w:rFonts w:ascii="Calibri Light" w:hAnsi="Calibri Light" w:cs="Calibri Light"/>
                <w:bCs/>
                <w:sz w:val="20"/>
                <w:szCs w:val="20"/>
                <w:lang w:val="es-CO"/>
              </w:rPr>
              <w:t>Historia clínica de atención(es) específica(s)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051B3123" w14:textId="77777777" w:rsidR="00B96636" w:rsidRPr="0053725A" w:rsidRDefault="00B96636" w:rsidP="00F003F5">
            <w:pPr>
              <w:spacing w:after="40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9D9167D" w14:textId="51F8D084" w:rsidR="00B96636" w:rsidRPr="0053725A" w:rsidRDefault="00B96636" w:rsidP="00F003F5">
            <w:pPr>
              <w:spacing w:after="40"/>
              <w:rPr>
                <w:rFonts w:ascii="Calibri Light" w:hAnsi="Calibri Light" w:cs="Calibri Light"/>
                <w:sz w:val="20"/>
                <w:szCs w:val="20"/>
              </w:rPr>
            </w:pPr>
            <w:r w:rsidRPr="0053725A">
              <w:rPr>
                <w:rFonts w:ascii="Calibri Light" w:hAnsi="Calibri Light" w:cs="Calibri Light"/>
                <w:sz w:val="20"/>
                <w:szCs w:val="20"/>
                <w:u w:val="single"/>
                <w:lang w:val="es-CO"/>
              </w:rPr>
              <w:t>Si marcó esta opción, diligencie los siguientes datos</w:t>
            </w:r>
            <w:r w:rsidRPr="0053725A">
              <w:rPr>
                <w:rFonts w:ascii="Calibri Light" w:hAnsi="Calibri Light" w:cs="Calibri Light"/>
                <w:sz w:val="20"/>
                <w:szCs w:val="20"/>
                <w:lang w:val="es-CO"/>
              </w:rPr>
              <w:t>:</w:t>
            </w:r>
          </w:p>
        </w:tc>
      </w:tr>
    </w:tbl>
    <w:p w14:paraId="00E66891" w14:textId="54FB3593" w:rsidR="00B96636" w:rsidRPr="0053725A" w:rsidRDefault="00B96636" w:rsidP="0053725A">
      <w:pPr>
        <w:spacing w:after="0" w:line="240" w:lineRule="auto"/>
        <w:rPr>
          <w:rFonts w:ascii="Calibri Light" w:hAnsi="Calibri Light" w:cs="Calibri Light"/>
          <w:sz w:val="20"/>
          <w:szCs w:val="20"/>
          <w:lang w:val="es-CO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757"/>
        <w:gridCol w:w="6433"/>
      </w:tblGrid>
      <w:tr w:rsidR="00B96636" w:rsidRPr="0053725A" w14:paraId="061AB94B" w14:textId="77777777" w:rsidTr="00B96636">
        <w:tc>
          <w:tcPr>
            <w:tcW w:w="3794" w:type="dxa"/>
          </w:tcPr>
          <w:p w14:paraId="2FD1C77D" w14:textId="5260644D" w:rsidR="00B96636" w:rsidRPr="0053725A" w:rsidRDefault="00B96636" w:rsidP="00F003F5">
            <w:pPr>
              <w:rPr>
                <w:rFonts w:ascii="Calibri Light" w:hAnsi="Calibri Light" w:cs="Calibri Light"/>
                <w:sz w:val="20"/>
                <w:szCs w:val="20"/>
                <w:lang w:val="es-CO"/>
              </w:rPr>
            </w:pPr>
            <w:r w:rsidRPr="0053725A">
              <w:rPr>
                <w:rFonts w:ascii="Calibri Light" w:hAnsi="Calibri Light" w:cs="Calibri Light"/>
                <w:bCs/>
                <w:sz w:val="20"/>
                <w:szCs w:val="20"/>
                <w:lang w:val="es-CO"/>
              </w:rPr>
              <w:t>Fecha(s) o período de las atenciones</w:t>
            </w:r>
          </w:p>
        </w:tc>
        <w:tc>
          <w:tcPr>
            <w:tcW w:w="6520" w:type="dxa"/>
          </w:tcPr>
          <w:p w14:paraId="1DDEC43A" w14:textId="77777777" w:rsidR="00B96636" w:rsidRPr="0053725A" w:rsidRDefault="00B96636" w:rsidP="00F003F5">
            <w:pPr>
              <w:spacing w:after="40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B96636" w:rsidRPr="0053725A" w14:paraId="28887EF2" w14:textId="77777777" w:rsidTr="00B96636">
        <w:tc>
          <w:tcPr>
            <w:tcW w:w="3794" w:type="dxa"/>
          </w:tcPr>
          <w:p w14:paraId="4A432C04" w14:textId="12F1DF86" w:rsidR="00B96636" w:rsidRPr="0053725A" w:rsidRDefault="00B96636" w:rsidP="00F003F5">
            <w:pPr>
              <w:spacing w:after="40"/>
              <w:rPr>
                <w:rFonts w:ascii="Calibri Light" w:hAnsi="Calibri Light" w:cs="Calibri Light"/>
                <w:sz w:val="20"/>
                <w:szCs w:val="20"/>
                <w:lang w:val="es-CO"/>
              </w:rPr>
            </w:pPr>
            <w:r w:rsidRPr="0053725A">
              <w:rPr>
                <w:rFonts w:ascii="Calibri Light" w:hAnsi="Calibri Light" w:cs="Calibri Light"/>
                <w:bCs/>
                <w:sz w:val="20"/>
                <w:szCs w:val="20"/>
                <w:lang w:val="es-CO"/>
              </w:rPr>
              <w:t>Servicio o tipo de atención</w:t>
            </w:r>
          </w:p>
        </w:tc>
        <w:tc>
          <w:tcPr>
            <w:tcW w:w="6520" w:type="dxa"/>
          </w:tcPr>
          <w:p w14:paraId="0DFC7105" w14:textId="77777777" w:rsidR="00B96636" w:rsidRPr="0053725A" w:rsidRDefault="00B96636" w:rsidP="00F003F5">
            <w:pPr>
              <w:spacing w:after="40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</w:tbl>
    <w:p w14:paraId="775C6D15" w14:textId="77777777" w:rsidR="00B96636" w:rsidRPr="0053725A" w:rsidRDefault="00B96636" w:rsidP="00B96636">
      <w:pPr>
        <w:spacing w:after="0" w:line="240" w:lineRule="auto"/>
        <w:rPr>
          <w:rFonts w:ascii="Calibri Light" w:hAnsi="Calibri Light" w:cs="Calibri Light"/>
          <w:sz w:val="20"/>
          <w:szCs w:val="20"/>
        </w:rPr>
      </w:pPr>
    </w:p>
    <w:p w14:paraId="032A7F4D" w14:textId="10F2FE9C" w:rsidR="0008090C" w:rsidRPr="0053725A" w:rsidRDefault="0053725A" w:rsidP="0053725A">
      <w:pPr>
        <w:spacing w:after="0" w:line="240" w:lineRule="auto"/>
        <w:rPr>
          <w:rFonts w:ascii="Calibri Light" w:hAnsi="Calibri Light" w:cs="Calibri Light"/>
          <w:sz w:val="20"/>
          <w:szCs w:val="20"/>
          <w:lang w:val="es-CO"/>
        </w:rPr>
      </w:pPr>
      <w:r>
        <w:rPr>
          <w:rFonts w:ascii="Calibri Light" w:hAnsi="Calibri Light" w:cs="Calibri Light"/>
          <w:b/>
          <w:sz w:val="20"/>
          <w:szCs w:val="20"/>
        </w:rPr>
        <w:t>5</w:t>
      </w:r>
      <w:r w:rsidRPr="0053725A">
        <w:rPr>
          <w:rFonts w:ascii="Calibri Light" w:hAnsi="Calibri Light" w:cs="Calibri Light"/>
          <w:b/>
          <w:sz w:val="20"/>
          <w:szCs w:val="20"/>
        </w:rPr>
        <w:t>. AUTORIZACIÓN</w:t>
      </w:r>
      <w:r w:rsidR="00B96636" w:rsidRPr="0053725A">
        <w:rPr>
          <w:rFonts w:ascii="Calibri Light" w:hAnsi="Calibri Light" w:cs="Calibri Light"/>
          <w:sz w:val="20"/>
          <w:szCs w:val="20"/>
        </w:rPr>
        <w:t xml:space="preserve">: </w:t>
      </w:r>
      <w:r w:rsidRPr="0053725A">
        <w:rPr>
          <w:rFonts w:ascii="Calibri Light" w:hAnsi="Calibri Light" w:cs="Calibri Light"/>
          <w:sz w:val="20"/>
          <w:szCs w:val="20"/>
          <w:lang w:val="es-CO"/>
        </w:rPr>
        <w:t xml:space="preserve">Diligenciar únicamente cuando </w:t>
      </w:r>
      <w:r w:rsidR="00B96636" w:rsidRPr="0053725A">
        <w:rPr>
          <w:rFonts w:ascii="Calibri Light" w:hAnsi="Calibri Light" w:cs="Calibri Light"/>
          <w:sz w:val="20"/>
          <w:szCs w:val="20"/>
          <w:lang w:val="es-CO"/>
        </w:rPr>
        <w:t xml:space="preserve">el paciente autorice </w:t>
      </w:r>
      <w:proofErr w:type="gramStart"/>
      <w:r w:rsidR="00B96636" w:rsidRPr="0053725A">
        <w:rPr>
          <w:rFonts w:ascii="Calibri Light" w:hAnsi="Calibri Light" w:cs="Calibri Light"/>
          <w:sz w:val="20"/>
          <w:szCs w:val="20"/>
          <w:lang w:val="es-CO"/>
        </w:rPr>
        <w:t>a</w:t>
      </w:r>
      <w:proofErr w:type="gramEnd"/>
      <w:r w:rsidR="00B96636" w:rsidRPr="0053725A">
        <w:rPr>
          <w:rFonts w:ascii="Calibri Light" w:hAnsi="Calibri Light" w:cs="Calibri Light"/>
          <w:sz w:val="20"/>
          <w:szCs w:val="20"/>
          <w:lang w:val="es-CO"/>
        </w:rPr>
        <w:t xml:space="preserve"> otra persona para hacer la solicitud</w:t>
      </w:r>
    </w:p>
    <w:p w14:paraId="10625F54" w14:textId="77777777" w:rsidR="0008090C" w:rsidRPr="0053725A" w:rsidRDefault="0053725A">
      <w:pPr>
        <w:spacing w:after="40" w:line="240" w:lineRule="auto"/>
        <w:rPr>
          <w:rFonts w:ascii="Calibri Light" w:hAnsi="Calibri Light" w:cs="Calibri Light"/>
          <w:bCs/>
          <w:sz w:val="20"/>
          <w:szCs w:val="20"/>
        </w:rPr>
      </w:pPr>
      <w:r w:rsidRPr="0053725A">
        <w:rPr>
          <w:rFonts w:ascii="Calibri Light" w:hAnsi="Calibri Light" w:cs="Calibri Light"/>
          <w:bCs/>
          <w:sz w:val="20"/>
          <w:szCs w:val="20"/>
        </w:rPr>
        <w:t>Yo: ____________________________________________________________</w:t>
      </w:r>
    </w:p>
    <w:p w14:paraId="28EFDAE4" w14:textId="77777777" w:rsidR="0008090C" w:rsidRPr="0053725A" w:rsidRDefault="0053725A">
      <w:pPr>
        <w:spacing w:after="40" w:line="240" w:lineRule="auto"/>
        <w:rPr>
          <w:rFonts w:ascii="Calibri Light" w:hAnsi="Calibri Light" w:cs="Calibri Light"/>
          <w:bCs/>
          <w:sz w:val="20"/>
          <w:szCs w:val="20"/>
        </w:rPr>
      </w:pPr>
      <w:r w:rsidRPr="0053725A">
        <w:rPr>
          <w:rFonts w:ascii="Calibri Light" w:hAnsi="Calibri Light" w:cs="Calibri Light"/>
          <w:bCs/>
          <w:sz w:val="20"/>
          <w:szCs w:val="20"/>
        </w:rPr>
        <w:t>Identificado(a) con documento No: ____________________________________________________________</w:t>
      </w:r>
    </w:p>
    <w:p w14:paraId="14AD1EF5" w14:textId="77777777" w:rsidR="0008090C" w:rsidRPr="0053725A" w:rsidRDefault="0053725A">
      <w:pPr>
        <w:spacing w:after="40" w:line="240" w:lineRule="auto"/>
        <w:rPr>
          <w:rFonts w:ascii="Calibri Light" w:hAnsi="Calibri Light" w:cs="Calibri Light"/>
          <w:bCs/>
          <w:sz w:val="20"/>
          <w:szCs w:val="20"/>
        </w:rPr>
      </w:pPr>
      <w:r w:rsidRPr="0053725A">
        <w:rPr>
          <w:rFonts w:ascii="Calibri Light" w:hAnsi="Calibri Light" w:cs="Calibri Light"/>
          <w:bCs/>
          <w:sz w:val="20"/>
          <w:szCs w:val="20"/>
        </w:rPr>
        <w:t>Autorizo a: ____________________________________________________________</w:t>
      </w:r>
    </w:p>
    <w:p w14:paraId="508948B9" w14:textId="77777777" w:rsidR="0008090C" w:rsidRPr="0053725A" w:rsidRDefault="0053725A">
      <w:pPr>
        <w:spacing w:after="40" w:line="240" w:lineRule="auto"/>
        <w:rPr>
          <w:rFonts w:ascii="Calibri Light" w:hAnsi="Calibri Light" w:cs="Calibri Light"/>
          <w:sz w:val="20"/>
          <w:szCs w:val="20"/>
        </w:rPr>
      </w:pPr>
      <w:r w:rsidRPr="0053725A">
        <w:rPr>
          <w:rFonts w:ascii="Calibri Light" w:hAnsi="Calibri Light" w:cs="Calibri Light"/>
          <w:bCs/>
          <w:sz w:val="20"/>
          <w:szCs w:val="20"/>
        </w:rPr>
        <w:t>Identificado(a) con documento No:</w:t>
      </w:r>
      <w:r w:rsidRPr="0053725A">
        <w:rPr>
          <w:rFonts w:ascii="Calibri Light" w:hAnsi="Calibri Light" w:cs="Calibri Light"/>
          <w:sz w:val="20"/>
          <w:szCs w:val="20"/>
        </w:rPr>
        <w:t xml:space="preserve"> ____________________________________________________________</w:t>
      </w:r>
    </w:p>
    <w:p w14:paraId="3DB7CDBE" w14:textId="77777777" w:rsidR="0008090C" w:rsidRPr="0053725A" w:rsidRDefault="0053725A">
      <w:pPr>
        <w:spacing w:after="40" w:line="240" w:lineRule="auto"/>
        <w:rPr>
          <w:rFonts w:ascii="Calibri Light" w:hAnsi="Calibri Light" w:cs="Calibri Light"/>
          <w:sz w:val="20"/>
          <w:szCs w:val="20"/>
        </w:rPr>
      </w:pPr>
      <w:r w:rsidRPr="0053725A">
        <w:rPr>
          <w:rFonts w:ascii="Calibri Light" w:hAnsi="Calibri Light" w:cs="Calibri Light"/>
          <w:sz w:val="20"/>
          <w:szCs w:val="20"/>
        </w:rPr>
        <w:t>para solicitar y recibir copia de mi historia clínica.</w:t>
      </w:r>
    </w:p>
    <w:p w14:paraId="55E91113" w14:textId="77777777" w:rsidR="0053725A" w:rsidRPr="0053725A" w:rsidRDefault="0053725A" w:rsidP="0053725A">
      <w:pPr>
        <w:spacing w:after="0" w:line="240" w:lineRule="auto"/>
        <w:rPr>
          <w:rFonts w:ascii="Calibri Light" w:hAnsi="Calibri Light" w:cs="Calibri Light"/>
          <w:b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473"/>
        <w:gridCol w:w="6717"/>
      </w:tblGrid>
      <w:tr w:rsidR="0053725A" w:rsidRPr="0053725A" w14:paraId="0D276F33" w14:textId="77777777" w:rsidTr="0053725A">
        <w:tc>
          <w:tcPr>
            <w:tcW w:w="3510" w:type="dxa"/>
          </w:tcPr>
          <w:p w14:paraId="25798F69" w14:textId="67779D48" w:rsidR="0053725A" w:rsidRPr="0053725A" w:rsidRDefault="0053725A">
            <w:pPr>
              <w:spacing w:after="40"/>
              <w:rPr>
                <w:rFonts w:ascii="Calibri Light" w:hAnsi="Calibri Light" w:cs="Calibri Light"/>
                <w:bCs/>
                <w:sz w:val="20"/>
                <w:szCs w:val="20"/>
                <w:lang w:val="es-CO"/>
              </w:rPr>
            </w:pPr>
            <w:r w:rsidRPr="0053725A">
              <w:rPr>
                <w:rFonts w:ascii="Calibri Light" w:hAnsi="Calibri Light" w:cs="Calibri Light"/>
                <w:bCs/>
                <w:sz w:val="20"/>
                <w:szCs w:val="20"/>
                <w:lang w:val="es-CO"/>
              </w:rPr>
              <w:t>Firma del paciente o representante legal</w:t>
            </w:r>
          </w:p>
        </w:tc>
        <w:tc>
          <w:tcPr>
            <w:tcW w:w="6830" w:type="dxa"/>
          </w:tcPr>
          <w:p w14:paraId="72B8640C" w14:textId="77777777" w:rsidR="0053725A" w:rsidRPr="0053725A" w:rsidRDefault="0053725A">
            <w:pPr>
              <w:spacing w:after="40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437F7E92" w14:textId="55DF4DCC" w:rsidR="0053725A" w:rsidRPr="0053725A" w:rsidRDefault="0053725A">
            <w:pPr>
              <w:spacing w:after="40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</w:tc>
      </w:tr>
      <w:tr w:rsidR="0053725A" w:rsidRPr="0053725A" w14:paraId="2FBB9825" w14:textId="77777777" w:rsidTr="0053725A">
        <w:tc>
          <w:tcPr>
            <w:tcW w:w="3510" w:type="dxa"/>
          </w:tcPr>
          <w:p w14:paraId="3CE1A7EE" w14:textId="25FE1E05" w:rsidR="0053725A" w:rsidRPr="0053725A" w:rsidRDefault="0053725A">
            <w:pPr>
              <w:spacing w:after="40"/>
              <w:rPr>
                <w:rFonts w:ascii="Calibri Light" w:hAnsi="Calibri Light" w:cs="Calibri Light"/>
                <w:bCs/>
                <w:sz w:val="20"/>
                <w:szCs w:val="20"/>
                <w:lang w:val="es-CO"/>
              </w:rPr>
            </w:pPr>
            <w:r w:rsidRPr="0053725A">
              <w:rPr>
                <w:rFonts w:ascii="Calibri Light" w:hAnsi="Calibri Light" w:cs="Calibri Light"/>
                <w:bCs/>
                <w:sz w:val="20"/>
                <w:szCs w:val="20"/>
                <w:lang w:val="es-CO"/>
              </w:rPr>
              <w:t>Firma de la persona autorizada</w:t>
            </w:r>
          </w:p>
        </w:tc>
        <w:tc>
          <w:tcPr>
            <w:tcW w:w="6830" w:type="dxa"/>
          </w:tcPr>
          <w:p w14:paraId="70234020" w14:textId="77777777" w:rsidR="0053725A" w:rsidRPr="0053725A" w:rsidRDefault="0053725A">
            <w:pPr>
              <w:spacing w:after="40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37F43C57" w14:textId="26E31181" w:rsidR="0053725A" w:rsidRPr="0053725A" w:rsidRDefault="0053725A">
            <w:pPr>
              <w:spacing w:after="40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</w:tc>
      </w:tr>
    </w:tbl>
    <w:p w14:paraId="4657B66A" w14:textId="77777777" w:rsidR="0053725A" w:rsidRDefault="0053725A">
      <w:pPr>
        <w:spacing w:before="100" w:after="40" w:line="240" w:lineRule="auto"/>
        <w:rPr>
          <w:rFonts w:ascii="Calibri Light" w:hAnsi="Calibri Light" w:cs="Calibri Light"/>
          <w:b/>
          <w:sz w:val="20"/>
          <w:szCs w:val="20"/>
        </w:rPr>
      </w:pPr>
    </w:p>
    <w:p w14:paraId="2E7DE629" w14:textId="3F1C939D" w:rsidR="0008090C" w:rsidRPr="0053725A" w:rsidRDefault="0053725A">
      <w:pPr>
        <w:spacing w:before="100" w:after="40" w:line="240" w:lineRule="auto"/>
        <w:rPr>
          <w:rFonts w:ascii="Calibri Light" w:hAnsi="Calibri Light" w:cs="Calibri Light"/>
          <w:b/>
          <w:sz w:val="20"/>
          <w:szCs w:val="20"/>
        </w:rPr>
      </w:pPr>
      <w:r>
        <w:rPr>
          <w:rFonts w:ascii="Calibri Light" w:hAnsi="Calibri Light" w:cs="Calibri Light"/>
          <w:b/>
          <w:sz w:val="20"/>
          <w:szCs w:val="20"/>
        </w:rPr>
        <w:t>6</w:t>
      </w:r>
      <w:r w:rsidRPr="0053725A">
        <w:rPr>
          <w:rFonts w:ascii="Calibri Light" w:hAnsi="Calibri Light" w:cs="Calibri Light"/>
          <w:b/>
          <w:sz w:val="20"/>
          <w:szCs w:val="20"/>
        </w:rPr>
        <w:t>. DECLARACIÓN DEL SOLICITANTE</w:t>
      </w:r>
    </w:p>
    <w:p w14:paraId="2EF39008" w14:textId="77777777" w:rsidR="0008090C" w:rsidRPr="0053725A" w:rsidRDefault="0053725A" w:rsidP="0053725A">
      <w:pPr>
        <w:spacing w:after="40" w:line="240" w:lineRule="auto"/>
        <w:jc w:val="both"/>
        <w:rPr>
          <w:rFonts w:ascii="Calibri Light" w:hAnsi="Calibri Light" w:cs="Calibri Light"/>
          <w:sz w:val="20"/>
          <w:szCs w:val="20"/>
        </w:rPr>
      </w:pPr>
      <w:r w:rsidRPr="0053725A">
        <w:rPr>
          <w:rFonts w:ascii="Calibri Light" w:hAnsi="Calibri Light" w:cs="Calibri Light"/>
          <w:sz w:val="20"/>
          <w:szCs w:val="20"/>
        </w:rPr>
        <w:t>Declaro que la información suministrada y los documentos aportados son veraces y corresponden al paciente y al solicitante identificados en este formulario.</w:t>
      </w:r>
    </w:p>
    <w:p w14:paraId="391D0648" w14:textId="665F3996" w:rsidR="0008090C" w:rsidRPr="0053725A" w:rsidRDefault="0053725A" w:rsidP="0053725A">
      <w:pPr>
        <w:spacing w:after="40" w:line="240" w:lineRule="auto"/>
        <w:jc w:val="both"/>
        <w:rPr>
          <w:rFonts w:ascii="Calibri Light" w:hAnsi="Calibri Light" w:cs="Calibri Light"/>
          <w:sz w:val="20"/>
          <w:szCs w:val="20"/>
        </w:rPr>
      </w:pPr>
      <w:r w:rsidRPr="0053725A">
        <w:rPr>
          <w:rFonts w:ascii="Calibri Light" w:hAnsi="Calibri Light" w:cs="Calibri Light"/>
          <w:sz w:val="20"/>
          <w:szCs w:val="20"/>
        </w:rPr>
        <w:t>Reconozco que la historia clínica es un documento privado y sometido a reserva, por lo que la entrega de su copia estará sujeta a la verificación de la identidad, legitimación del solicitante, autorización cuando corresponda y demás requisitos aplicables.</w:t>
      </w:r>
    </w:p>
    <w:sectPr w:rsidR="0008090C" w:rsidRPr="0053725A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A9CF1" w14:textId="77777777" w:rsidR="00A331FB" w:rsidRDefault="00A331FB" w:rsidP="00B96636">
      <w:pPr>
        <w:spacing w:after="0" w:line="240" w:lineRule="auto"/>
      </w:pPr>
      <w:r>
        <w:separator/>
      </w:r>
    </w:p>
  </w:endnote>
  <w:endnote w:type="continuationSeparator" w:id="0">
    <w:p w14:paraId="0DEC53A2" w14:textId="77777777" w:rsidR="00A331FB" w:rsidRDefault="00A331FB" w:rsidP="00B966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34FA8" w14:textId="77777777" w:rsidR="003D350B" w:rsidRDefault="003D350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C94FA" w14:textId="77777777" w:rsidR="003D350B" w:rsidRDefault="003D350B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0A1F9" w14:textId="77777777" w:rsidR="003D350B" w:rsidRDefault="003D350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A5A4A" w14:textId="77777777" w:rsidR="00A331FB" w:rsidRDefault="00A331FB" w:rsidP="00B96636">
      <w:pPr>
        <w:spacing w:after="0" w:line="240" w:lineRule="auto"/>
      </w:pPr>
      <w:r>
        <w:separator/>
      </w:r>
    </w:p>
  </w:footnote>
  <w:footnote w:type="continuationSeparator" w:id="0">
    <w:p w14:paraId="3E9DF1D0" w14:textId="77777777" w:rsidR="00A331FB" w:rsidRDefault="00A331FB" w:rsidP="00B966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DF8E2" w14:textId="4ADB8DEB" w:rsidR="00774CB8" w:rsidRDefault="00000000">
    <w:pPr>
      <w:pStyle w:val="Encabezado"/>
    </w:pPr>
    <w:r>
      <w:rPr>
        <w:noProof/>
      </w:rPr>
      <w:pict w14:anchorId="63E0477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18865938" o:spid="_x0000_s1026" type="#_x0000_t75" style="position:absolute;margin-left:0;margin-top:0;width:509.75pt;height:265pt;z-index:-251655680;mso-position-horizontal:center;mso-position-horizontal-relative:margin;mso-position-vertical:center;mso-position-vertical-relative:margin" o:allowincell="f">
          <v:imagedata r:id="rId1" o:title="INCODOL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36" w:type="dxa"/>
      <w:tblInd w:w="-5" w:type="dxa"/>
      <w:tblLayout w:type="fixed"/>
      <w:tblLook w:val="0000" w:firstRow="0" w:lastRow="0" w:firstColumn="0" w:lastColumn="0" w:noHBand="0" w:noVBand="0"/>
    </w:tblPr>
    <w:tblGrid>
      <w:gridCol w:w="2240"/>
      <w:gridCol w:w="2126"/>
      <w:gridCol w:w="3118"/>
      <w:gridCol w:w="2552"/>
    </w:tblGrid>
    <w:tr w:rsidR="00B96636" w14:paraId="6539873D" w14:textId="77777777" w:rsidTr="00F003F5">
      <w:trPr>
        <w:trHeight w:val="48"/>
      </w:trPr>
      <w:tc>
        <w:tcPr>
          <w:tcW w:w="10036" w:type="dxa"/>
          <w:gridSpan w:val="4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C6D9F1"/>
          <w:tcMar>
            <w:top w:w="0" w:type="dxa"/>
            <w:left w:w="108" w:type="dxa"/>
            <w:bottom w:w="0" w:type="dxa"/>
            <w:right w:w="108" w:type="dxa"/>
          </w:tcMar>
        </w:tcPr>
        <w:p w14:paraId="07E7DDED" w14:textId="77777777" w:rsidR="00B96636" w:rsidRDefault="00B96636" w:rsidP="00B96636">
          <w:pPr>
            <w:spacing w:after="0" w:line="240" w:lineRule="auto"/>
            <w:jc w:val="center"/>
            <w:rPr>
              <w:b/>
            </w:rPr>
          </w:pPr>
          <w:bookmarkStart w:id="0" w:name="_Hlk144974079"/>
        </w:p>
      </w:tc>
    </w:tr>
    <w:tr w:rsidR="00B96636" w:rsidRPr="008B55E4" w14:paraId="3F7078AB" w14:textId="77777777" w:rsidTr="00F003F5">
      <w:trPr>
        <w:trHeight w:val="556"/>
      </w:trPr>
      <w:tc>
        <w:tcPr>
          <w:tcW w:w="2240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6B062D90" w14:textId="77777777" w:rsidR="00B96636" w:rsidRPr="008B55E4" w:rsidRDefault="00B96636" w:rsidP="00B96636">
          <w:pPr>
            <w:spacing w:after="0" w:line="240" w:lineRule="auto"/>
            <w:jc w:val="center"/>
            <w:rPr>
              <w:rFonts w:ascii="Calibri Light" w:eastAsia="Times New Roman" w:hAnsi="Calibri Light" w:cs="Calibri Light"/>
              <w:sz w:val="22"/>
            </w:rPr>
          </w:pPr>
          <w:r w:rsidRPr="008B55E4">
            <w:rPr>
              <w:rFonts w:ascii="Calibri Light" w:hAnsi="Calibri Light" w:cs="Calibri Light"/>
              <w:noProof/>
              <w:sz w:val="22"/>
            </w:rPr>
            <w:drawing>
              <wp:anchor distT="0" distB="0" distL="114300" distR="114300" simplePos="0" relativeHeight="251658752" behindDoc="0" locked="0" layoutInCell="1" hidden="0" allowOverlap="1" wp14:anchorId="5CADFB12" wp14:editId="1985DB86">
                <wp:simplePos x="0" y="0"/>
                <wp:positionH relativeFrom="column">
                  <wp:posOffset>80646</wp:posOffset>
                </wp:positionH>
                <wp:positionV relativeFrom="paragraph">
                  <wp:posOffset>38735</wp:posOffset>
                </wp:positionV>
                <wp:extent cx="1108075" cy="504190"/>
                <wp:effectExtent l="0" t="0" r="0" b="0"/>
                <wp:wrapNone/>
                <wp:docPr id="6" name="Imagen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08075" cy="50419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796" w:type="dxa"/>
          <w:gridSpan w:val="3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670ED78F" w14:textId="76B24EED" w:rsidR="00B96636" w:rsidRPr="008B55E4" w:rsidRDefault="00B96636" w:rsidP="00B96636">
          <w:pPr>
            <w:spacing w:after="0" w:line="240" w:lineRule="auto"/>
            <w:jc w:val="center"/>
            <w:rPr>
              <w:rFonts w:ascii="Calibri Light" w:hAnsi="Calibri Light" w:cs="Calibri Light"/>
              <w:b/>
              <w:sz w:val="22"/>
            </w:rPr>
          </w:pPr>
          <w:r w:rsidRPr="008B55E4">
            <w:rPr>
              <w:rFonts w:ascii="Calibri Light" w:hAnsi="Calibri Light" w:cs="Calibri Light"/>
              <w:b/>
              <w:sz w:val="22"/>
            </w:rPr>
            <w:t>FORMATO DE SOLICITUD DE COPIA DE HISTORIA CLÍNICA</w:t>
          </w:r>
        </w:p>
      </w:tc>
    </w:tr>
    <w:tr w:rsidR="00B96636" w:rsidRPr="008B55E4" w14:paraId="24E412B2" w14:textId="77777777" w:rsidTr="0053725A">
      <w:trPr>
        <w:trHeight w:val="397"/>
      </w:trPr>
      <w:tc>
        <w:tcPr>
          <w:tcW w:w="224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58D20B4A" w14:textId="77777777" w:rsidR="00B96636" w:rsidRPr="008B55E4" w:rsidRDefault="00B96636" w:rsidP="00B96636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Calibri Light" w:hAnsi="Calibri Light" w:cs="Calibri Light"/>
              <w:b/>
              <w:sz w:val="22"/>
            </w:rPr>
          </w:pPr>
        </w:p>
      </w:tc>
      <w:tc>
        <w:tcPr>
          <w:tcW w:w="212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C6D9F1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0D08078D" w14:textId="63C730C5" w:rsidR="00B96636" w:rsidRPr="008B55E4" w:rsidRDefault="00774CB8" w:rsidP="00B96636">
          <w:pPr>
            <w:spacing w:after="0" w:line="240" w:lineRule="auto"/>
            <w:jc w:val="center"/>
            <w:rPr>
              <w:rFonts w:ascii="Calibri Light" w:hAnsi="Calibri Light" w:cs="Calibri Light"/>
              <w:color w:val="000000"/>
              <w:sz w:val="22"/>
            </w:rPr>
          </w:pPr>
          <w:r w:rsidRPr="008B55E4">
            <w:rPr>
              <w:rFonts w:ascii="Calibri Light" w:hAnsi="Calibri Light" w:cs="Calibri Light"/>
              <w:color w:val="000000"/>
              <w:sz w:val="22"/>
            </w:rPr>
            <w:t>FO-GC-HC-0</w:t>
          </w:r>
          <w:r w:rsidR="003D350B">
            <w:rPr>
              <w:rFonts w:ascii="Calibri Light" w:hAnsi="Calibri Light" w:cs="Calibri Light"/>
              <w:color w:val="000000"/>
              <w:sz w:val="22"/>
            </w:rPr>
            <w:t>7</w:t>
          </w:r>
        </w:p>
      </w:tc>
      <w:tc>
        <w:tcPr>
          <w:tcW w:w="311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C6D9F1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081674C2" w14:textId="358EC2E2" w:rsidR="00B96636" w:rsidRPr="008B55E4" w:rsidRDefault="00774CB8" w:rsidP="00B96636">
          <w:pPr>
            <w:spacing w:after="0" w:line="240" w:lineRule="auto"/>
            <w:jc w:val="center"/>
            <w:rPr>
              <w:rFonts w:ascii="Calibri Light" w:hAnsi="Calibri Light" w:cs="Calibri Light"/>
              <w:color w:val="000000"/>
              <w:sz w:val="22"/>
            </w:rPr>
          </w:pPr>
          <w:r w:rsidRPr="008B55E4">
            <w:rPr>
              <w:rFonts w:ascii="Calibri Light" w:hAnsi="Calibri Light" w:cs="Calibri Light"/>
              <w:color w:val="000000"/>
              <w:sz w:val="22"/>
            </w:rPr>
            <w:t>01</w:t>
          </w:r>
        </w:p>
      </w:tc>
      <w:tc>
        <w:tcPr>
          <w:tcW w:w="255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C6D9F1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6089E35B" w14:textId="12859DCD" w:rsidR="00B96636" w:rsidRPr="008B55E4" w:rsidRDefault="00774CB8" w:rsidP="00B96636">
          <w:pPr>
            <w:spacing w:after="0" w:line="240" w:lineRule="auto"/>
            <w:jc w:val="center"/>
            <w:rPr>
              <w:rFonts w:ascii="Calibri Light" w:hAnsi="Calibri Light" w:cs="Calibri Light"/>
              <w:sz w:val="22"/>
            </w:rPr>
          </w:pPr>
          <w:r w:rsidRPr="008B55E4">
            <w:rPr>
              <w:rFonts w:ascii="Calibri Light" w:hAnsi="Calibri Light" w:cs="Calibri Light"/>
              <w:sz w:val="22"/>
            </w:rPr>
            <w:t>26/08/2026</w:t>
          </w:r>
        </w:p>
      </w:tc>
    </w:tr>
  </w:tbl>
  <w:bookmarkEnd w:id="0"/>
  <w:p w14:paraId="199143D3" w14:textId="2E217013" w:rsidR="00B96636" w:rsidRPr="008B55E4" w:rsidRDefault="00000000">
    <w:pPr>
      <w:pStyle w:val="Encabezado"/>
      <w:rPr>
        <w:rFonts w:ascii="Calibri Light" w:hAnsi="Calibri Light" w:cs="Calibri Light"/>
        <w:sz w:val="22"/>
      </w:rPr>
    </w:pPr>
    <w:r>
      <w:rPr>
        <w:rFonts w:ascii="Calibri Light" w:hAnsi="Calibri Light" w:cs="Calibri Light"/>
        <w:noProof/>
        <w:sz w:val="22"/>
      </w:rPr>
      <w:pict w14:anchorId="53D561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18865939" o:spid="_x0000_s1027" type="#_x0000_t75" style="position:absolute;margin-left:0;margin-top:0;width:509.75pt;height:265pt;z-index:-251654656;mso-position-horizontal:center;mso-position-horizontal-relative:margin;mso-position-vertical:center;mso-position-vertical-relative:margin" o:allowincell="f">
          <v:imagedata r:id="rId2" o:title="INCODOL 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E7C21" w14:textId="2B46D6B3" w:rsidR="00774CB8" w:rsidRDefault="00000000">
    <w:pPr>
      <w:pStyle w:val="Encabezado"/>
    </w:pPr>
    <w:r>
      <w:rPr>
        <w:noProof/>
      </w:rPr>
      <w:pict w14:anchorId="57A75E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18865937" o:spid="_x0000_s1025" type="#_x0000_t75" style="position:absolute;margin-left:0;margin-top:0;width:509.75pt;height:265pt;z-index:-251656704;mso-position-horizontal:center;mso-position-horizontal-relative:margin;mso-position-vertical:center;mso-position-vertical-relative:margin" o:allowincell="f">
          <v:imagedata r:id="rId1" o:title="INCODOL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20283363">
    <w:abstractNumId w:val="8"/>
  </w:num>
  <w:num w:numId="2" w16cid:durableId="828248411">
    <w:abstractNumId w:val="6"/>
  </w:num>
  <w:num w:numId="3" w16cid:durableId="1531527141">
    <w:abstractNumId w:val="5"/>
  </w:num>
  <w:num w:numId="4" w16cid:durableId="535123455">
    <w:abstractNumId w:val="4"/>
  </w:num>
  <w:num w:numId="5" w16cid:durableId="1598709802">
    <w:abstractNumId w:val="7"/>
  </w:num>
  <w:num w:numId="6" w16cid:durableId="1772704365">
    <w:abstractNumId w:val="3"/>
  </w:num>
  <w:num w:numId="7" w16cid:durableId="1962757758">
    <w:abstractNumId w:val="2"/>
  </w:num>
  <w:num w:numId="8" w16cid:durableId="1376658104">
    <w:abstractNumId w:val="1"/>
  </w:num>
  <w:num w:numId="9" w16cid:durableId="627012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090C"/>
    <w:rsid w:val="0015074B"/>
    <w:rsid w:val="0029639D"/>
    <w:rsid w:val="00326F90"/>
    <w:rsid w:val="003D350B"/>
    <w:rsid w:val="0053725A"/>
    <w:rsid w:val="005F4889"/>
    <w:rsid w:val="00774CB8"/>
    <w:rsid w:val="008B55E4"/>
    <w:rsid w:val="009D461E"/>
    <w:rsid w:val="00A331FB"/>
    <w:rsid w:val="00AA1D8D"/>
    <w:rsid w:val="00B47730"/>
    <w:rsid w:val="00B96636"/>
    <w:rsid w:val="00C43F0B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072E081"/>
  <w14:defaultImageDpi w14:val="300"/>
  <w15:docId w15:val="{A823A038-A9B0-44D6-9203-A4812B104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6636"/>
    <w:rPr>
      <w:rFonts w:ascii="Arial" w:hAnsi="Arial"/>
      <w:sz w:val="19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1744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Leidy daniela muñoz quiñones</cp:lastModifiedBy>
  <cp:revision>3</cp:revision>
  <dcterms:created xsi:type="dcterms:W3CDTF">2026-09-01T20:17:00Z</dcterms:created>
  <dcterms:modified xsi:type="dcterms:W3CDTF">2026-09-01T20:17:00Z</dcterms:modified>
  <cp:category/>
</cp:coreProperties>
</file>